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קפיצות על ציר המספרים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מספרים על ציר המספרים לפי מרחקים שווים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גודל הקפיצה בין נקודות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שברים ומספרים שלמים על ציר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3/4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ציר מספרים אחיד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לסמן גם שברים בין המספרים השלמים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האמצע בין 0 ל-10 הוא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גודל הקפיצה נקבע לפי החלוקה של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מחברים את גודל הקפיצה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1/2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מספר למיקום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(100)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המספר בתחילת הציר ומה המספר בסופו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לספור כמה קפיצות שוות יש בין ההתחלה לסוף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את המרחק הכולל במספר הקפיצות כדי למצוא את גודל כל קפיצה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לחבר את גודל הקפיצה שוב ושוב כדי למצוא כל נקודה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שהתשובה מתאימה גם למספר האחרון בציר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 מידע נוסף כמו מספר הקפיצות או נקודה נוספת כדי לחשב את גודל הקפיצה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הקטע בין 0 ל-1 לארבעה חלקים שווים ובוחרים בנקודה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המרחק הכולל במספר הקפיצות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שבר מסמן חלק מהמרחק בין שני מספרים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שהמספרים מתאימים לדפוס הקפיצות הקבוע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בציור ציר על הלוח כדי להמחיש קפיצות שוות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עם מספרים שלמים ורק אחר כך לעבור לשברים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את דרך החישוב לפני כתיבת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קפיצות על ציר המספרים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לקרוא ציר מספרים ולמצוא מספרים שחסרים בין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המספרים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ישר שמסמנים עליו מספרים לפי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קפיצה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השווה בין נקודה לנקודה על הציר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הפער בין שני מספרים סמוכים על הציר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ממספר שלם, למשל חצי או רבע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אמצע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הנקודה שנמצאת בדיוק באמצע בין שני 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מספרי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שמסומן בנקודה מסוימת על הציר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המספר באמצע בין 30 ל-70?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 קפיצה בציר שווה לכמה?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המספר בנקודה השלישית מתוך ארבע?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6 קפיצות של 5 שוות לכמה?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מספר נמצא בין 50 ל-100 בטור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12 מחולק לשלושה חלקים שווים זה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 מספרים, המרחק בין כל שתי נקודות סמוכות חייב להיות תמיד שווה.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לסמן שברים על ציר המספרים, רק מספרים שלמים.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נקודה נמצאת בדיוק באמצע בין 0 ל-10, היא מייצגת את המספר 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קפיצה על הציר יכולה להיות גדולה מ-1 כמו 10 או 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יודעים את נקודת ההתחלה ואת גודל הקפיצה, אפשר לחשב כל נקודה על הציר.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מספרים 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ציר עם 0, 30, __________, 100 במרווחים שווים, המספר החסר הוא 65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קפיצה אחת שווה 20 והתחלנו מ-0, אחרי 4 קפיצות הגענו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ציר בין 0 ל-1 שמחולק לשני חלקים שווים, הנקודה האמצעית מייצגת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המרחק הכולל בין 10 ל-50 מחולק ל-4 קפיצות שוות, כל קפיצה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על ציר עם 0, 3, 6, 9, __________ המספר החסר הוא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מספר למיקום על הציר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 באמצע בין 0 ל-100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נקודה ברבע הדרך בין 0 ל-1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נקודה אחרי 3 קפיצות של 10 מ-0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1/4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נקודה באמצע בין 30 ל-70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נקודה אחרי 5 קפיצות של 20 מ-0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לספור כמה קפיצות שוות יש בין ההתחלה לסוף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את גודל הקפיצה שוב ושוב כדי למצוא כל נקודה חסרה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שהתשובה מתאימה גם למספר האחרון בציר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את המרחק הכולל במספר הקפיצות כדי למצוא את גודל כל קפיצה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המספר בתחילת הציר ומה המספר בסופו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תדעו מה גודל הקפיצה כאשר נתונים רק המספר ההתחלתי והמספר הסופי של הציר, בלי מספר הקפיצות.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הייתם מוצאים נקודה שמייצגת שבר כמו 3/4 על ציר שבין 0 ל-1.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מוצאים את גודל הקפיצה על ציר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סימון מספר שלם לסימון שבר על הציר?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שהתשובה שמצאתם נכונה?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קפיצות על ציר המספרים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