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קפיצות על ציר המספרים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מספרים על ציר המספרים לפי מרחקים שווים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את גודל הקפיצה בין נקודות על הציר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שברים ומספרים שלמים על ציר המספרים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ציר מספרים אחיד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לסמן גם שברים בין המספרים השלמים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האמצע בין 0 ל-10 הוא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מספרים חסרים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1/2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מספר למיקום על הציר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(1/4)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(30)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(50)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מה המספר בתחילת הציר ומה המספר בסופו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לספור כמה קפיצות שוות יש בין ההתחלה לסוף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לחלק את המרחק הכולל במספר הקפיצות כדי למצוא את גודל כל קפיצה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לחבר את גודל הקפיצה שוב ושוב כדי למצוא כל נקודה חסרה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מחלקים את הקטע בין 0 ל-1 לארבעה חלקים שווים ובוחרים בנקודה השלישית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חילוק המרחק הכולל במספר הקפיצות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שבר מסמן חלק מהמרחק בין שני מספרים 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שהמספרים מתאימים לדפוס הקפיצות הקבוע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בציור ציר על הלוח כדי להמחיש קפיצות שוות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עם מספרים שלמים ורק אחר כך לעבור לשברים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בקול את דרך החישוב לפני כתיבת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קפיצות על ציר המספרים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קריאת ציר מספרים, מציאת מספרים חסרים לפי קפיצות שוות, ואיתור שברים על הציר.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65  ·  80  ·  1/2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ציר שבו מסומנים 0, 30, 70, 100 במרווחים שווים, איזה מספר נמצא בדיוק באמצע בין 30 ל-70?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אם הציר מתחיל ב-0 ומסתיים ב-100 ומחולק ל-10 חלקים שווים, מה גודל כל קפיצה?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אם קפיצה אחת שווה ל-5 ועברו 6 קפיצות מ-0, לאיזה מספר הגענו?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בציר מספרים, המרחק בין כל שתי נקודות סמוכות חייב להיות תמיד שווה.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 אפשר לסמן שברים על ציר המספרים, רק מספרים שלמים.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נקודה נמצאת בדיוק באמצע בין 0 ל-10, היא מייצגת את המספר 5.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מספרים חסרים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על ציר עם 0, 30, __________, 100 במרווחים שווים, המספר החסר הוא 65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אם קפיצה אחת שווה 20 והתחלנו מ-0, אחרי 4 קפיצות הגענו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על ציר בין 0 ל-1 שמחולק לשני חלקים שווים, הנקודה האמצעית מייצגת 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מספר למיקום על הציר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נקודה באמצע בין 0 ל-100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1/4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נקודה ברבע הדרך בין 0 ל-1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30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נקודה אחרי 3 קפיצות של 10 מ-0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50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נקודה באמצע בין 30 ל-70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50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לספור כמה קפיצות שוות יש בין ההתחלה לסוף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לחבר את גודל הקפיצה שוב ושוב כדי למצוא כל נקודה חסרה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מה המספר בתחילת הציר ומה המספר בסופו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לחלק את המרחק הכולל במספר הקפיצות כדי למצוא את גודל כל קפיצה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כיצד הייתם מוצאים נקודה שמייצגת שבר כמו 3/4 על ציר שבין 0 ל-1.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כיצד מוצאים את גודל הקפיצה על ציר מספרים?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סימון מספר שלם לסימון שבר על הציר?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קפיצות על ציר המספרים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